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החוסן של הכיתה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שייכות וכיצד היא תורמת לחוסן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לתמוך בחבר שנעדר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צרכים שונים של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לצחוקים בהפסקה ולשאלות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מחכים לך!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ההרגשה שאנחנו חלק מקבוצה שאכפת לה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סיכום קצר של שיעור הגיאוגרפיה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הבינה שהכיתה זוכרת אותה ומחכה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לכבד את מה שהוא 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מחוות קטנות יכולות לתת תקווה ומשמעות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מחוות קטנות כמו הודעות וציורים מחברות אותו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מחוות קטנות כמו ציור או הודעה משמחות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אחד שונה, לכן כדאי לשאול מה יעזור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מראה שתמיכה חברתית מחזקת ועוזרת להתמודד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מה מחזק חבר שנעדר?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(פחות 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(פחות 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(פחות עוזר)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מחכים לך!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הודעה, ביקור, עדכון על החומר הנלמד או כל מחווה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למשל קבוצת הודעות, תורנות עדכון יומית, ציורים משותפים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שייכות = הרגשה שאני חלק מקבוצה שאכפת לה ממני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ציור, הודעה, 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הצרכים האמיתיים שלו ולא להניח בשבילו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חוויה אישית של היעדרות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לפני 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ניתן לוותר על פריטי skip_n ולהתמקד בשאלות הישירות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החוסן של הכיתה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נועה נשארה בבית כמה ימים בגלל מחלה והתגעגעה לכיתה. חברי הכיתה מצאו דרכים קטנות להראות לה שהם חושבים עליה. בדף הזה נלמד מה זו שייכות ואיך כיתה בונה חוסן ביחד.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התגעגעה נועה כשהייתה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לנסיעה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לצחוקים בהפסקה ולשאלות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לאוכל בחדר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כתוב בשלט שהכיתה שלחה לנועה?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מחכים לך!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תרגישי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נתראה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שייכות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ההרגשה שאנחנו חלק מקבוצה שאכפת לה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תמיד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ציונים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חבר שלח לנועה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 קצר של שיעור הגיאוגרפיה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נועה חייכה בפעם הראשונה באותו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הבריאה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קיבלה מתנה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הייתה צריכה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הבינה שהכיתה זוכרת אותה ומחכה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לשאול חבר חולה מה יעזור לו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לכבד את מה שהוא באמת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 לעזור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להכריח אותו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לדעת מתי לבוא בלי להודיע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המסר המרכזי של הסיפור על נועה?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חברים צריכים לשלוח רק מתנות יקרות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מחוות קטנות יכולות לתת תקווה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להתקשר כל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עדיף לא להפריע לחבר חולה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שנשאר בבית יכול להרגיש שייך לכיתה גם מרחוק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מתנה גדולה ויקרה יכולה לשמח חבר חולה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החברים רוצים בדיוק את אותו סוג של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עם אנשים אחרים הוא אחד המקורות לחוסן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מה מחזק חבר שנעדר?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לשלוח ציור עם ברכה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מחזק ומשמח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לקבל אותו בחיוך כשהוא חוזר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פחות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לשלוח סיכום קצר של השיעור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פחות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לשלוח עשרות הודעות בלי לשאול מה הוא רוצה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מחזק ומשמח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לספר לו רק כמה היה כיף בלעדיו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מחזק ומשמח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לשכוח ממנו עד שיחזור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פחות עוזר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נועה התגעגעה ל__________ בהפסקה ולשאלות של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הכיתה שלחה לנועה שלט שכתוב עליו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שייכות היא ההרגשה שאנחנו חלק מ__________ שאכפת לה מאיתנו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כשהחבר חוזר, אפשר לעזור לו ל__________ חומר ולקבל אותו בשמחה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מחוות קטנות מזכירות לחבר שהוא לא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ספרו: מה הייתם רוצים לקבל מהכיתה אם הייתם נשארים בבית בגלל מחלה?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אחד שהכיתה שלכם יכולה לאמץ כדי שכל מי שנעדר ירגיש שייך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למחווה קטנה שיכולה לשמח חבר חולה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לשאול חבר מה הוא צריך ולא רק להחליט בשבילו?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החוסן של הכיתה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