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החוסן של הכיתה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שייכות וכיצד היא תורמת לחוסן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לתמוך בחבר שנעדר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צרכים שונים של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לצחוקים בהפסקה ולשאלות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מחכים לך!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הבינה שהכיתה זוכרת אותה ומחכה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מחוות קטנות כמו הודעות וציורים מחברות אותו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מחוות קטנות כמו ציור או הודעה משמחות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מה מחזק חבר שנעדר?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(מחזק ומשמח)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(פחות עוזר)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מחכים לך!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הודעה, ביקור, עדכון על החומר הנלמד או כל מחווה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שייכות = הרגשה שאני חלק מקבוצה שאכפת לה ממני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ציור, הודעה, 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הצרכים האמיתיים שלו ולא להניח בשבילו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חוויה אישית של היעדרות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ניתן לוותר על פריטי skip_n ולהתמקד בשאלות הישירות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החוסן של הכיתה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נועה נשארה בבית כמה ימים בגלל מחלה והתגעגעה לכיתה. חברי הכיתה מצאו דרכים קטנות להראות לה שהם חושבים עליה. בדף הזה נלמד מה זו שייכות ואיך כיתה בונה חוסן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צחוקים  ·  קבוצה  ·  מחכים לך!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התגעגעה נועה כשהייתה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לצחוקים בהפסקה ולשאלות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כתוב בשלט שהכיתה שלחה לנועה?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מחכים לך!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תרגישי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מזל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נועה חייכה בפעם הראשונה באותו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הבריאה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קיבלה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הבינה שהכיתה זוכרת אותה ומחכה 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שנשאר בבית יכול להרגיש שייך לכיתה גם מרחוק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מתנה גדולה ויקרה יכולה לשמח חבר חולה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מה מחזק חבר שנעדר?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לשלוח ציור עם ברכה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לקבל אותו בחיוך כשהוא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מחזק ומשמח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לשלוח סיכום קצר של השיעור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פחות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לשלוח עשרות הודעות בלי לשאול מה הוא רוצה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מחזק ומשמח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נועה התגעגעה ל__________ בהפסקה ולשאלות של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הכיתה שלחה לנועה שלט שכתוב עליו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שייכות היא ההרגשה שאנחנו חלק מ__________ שאכפת לה מאיתנו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ספרו: מה הייתם רוצים לקבל מהכיתה אם הייתם נשארים בבית בגלל מחלה?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למחווה קטנה שיכולה לשמח חבר חולה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החוסן של הכיתה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